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[FULL NAME]</w:t>
      </w:r>
    </w:p>
    <w:p>
      <w:r>
        <w:t>[City, State] | [Phone Number] | [Email Address] | [LinkedIn Profile URL] | [GitHub/Portfolio URL]</w:t>
        <w:br/>
      </w:r>
    </w:p>
    <w:p>
      <w:pPr>
        <w:pStyle w:val="Heading1"/>
      </w:pPr>
      <w:r>
        <w:t>Summary</w:t>
      </w:r>
    </w:p>
    <w:p>
      <w:r>
        <w:t>Highly motivated and analytical Cloud Engineer graduate with a strong academic foundation. Passionate about applying theoretical knowledge to build practical solutions and eager to contribute effectively to a dynamic, forward-thinking tech team.</w:t>
      </w:r>
    </w:p>
    <w:p>
      <w:pPr>
        <w:pStyle w:val="Heading1"/>
      </w:pPr>
      <w:r>
        <w:t>Technical Skills</w:t>
      </w:r>
    </w:p>
    <w:p>
      <w:r>
        <w:t xml:space="preserve">• AWS   </w:t>
      </w:r>
      <w:r>
        <w:t xml:space="preserve">• Azure   </w:t>
      </w:r>
      <w:r>
        <w:t xml:space="preserve">• GCP   </w:t>
      </w:r>
      <w:r>
        <w:t xml:space="preserve">• Kubernetes   </w:t>
      </w:r>
      <w:r>
        <w:t xml:space="preserve">• Docker   </w:t>
      </w:r>
      <w:r>
        <w:t xml:space="preserve">• Terraform   </w:t>
      </w:r>
      <w:r>
        <w:t xml:space="preserve">• Infrastructure as Code (IaC)   </w:t>
      </w:r>
      <w:r>
        <w:t xml:space="preserve">• CI/CD   </w:t>
      </w:r>
      <w:r>
        <w:t xml:space="preserve">• Linux   </w:t>
      </w:r>
      <w:r>
        <w:t xml:space="preserve">• Networking   </w:t>
      </w:r>
    </w:p>
    <w:p>
      <w:pPr>
        <w:pStyle w:val="Heading1"/>
      </w:pPr>
      <w:r>
        <w:t>Education</w:t>
      </w:r>
    </w:p>
    <w:p>
      <w:pPr>
        <w:pStyle w:val="Heading2"/>
      </w:pPr>
      <w:r>
        <w:t>[Degree] in [Major, e.g. Computer Science] | [University Name]</w:t>
      </w:r>
    </w:p>
    <w:p>
      <w:r>
        <w:t>Expected Graduation: [Month, Year] | CGPA: [X.XX/4.00]</w:t>
      </w:r>
    </w:p>
    <w:p>
      <w:r>
        <w:t>• Relevant Coursework: [Data Structures, Algorithms, Software Engineering, etc.]</w:t>
      </w:r>
    </w:p>
    <w:p>
      <w:pPr>
        <w:pStyle w:val="Heading1"/>
      </w:pPr>
      <w:r>
        <w:t>Academic &amp; Personal Projects</w:t>
      </w:r>
    </w:p>
    <w:p>
      <w:pPr>
        <w:pStyle w:val="Heading2"/>
      </w:pPr>
      <w:r>
        <w:t>[Key Project Name] | [Month, Year] - [Month, Year]</w:t>
      </w:r>
    </w:p>
    <w:p>
      <w:r>
        <w:t>• Developed a comprehensive cloud engineer application leveraging AWS and Azure to solve [Specific Problem].</w:t>
      </w:r>
    </w:p>
    <w:p>
      <w:r>
        <w:t>• Implemented core functionalities from scratch, achieving a 20% improvement in processing logic.</w:t>
      </w:r>
    </w:p>
    <w:p>
      <w:pPr>
        <w:pStyle w:val="Heading2"/>
      </w:pPr>
      <w:r>
        <w:t>[Secondary Project Name] | [Month, Year] - [Month, Year]</w:t>
      </w:r>
    </w:p>
    <w:p>
      <w:r>
        <w:t>• Designed an optimized architecture utilizing Linux alongside Networking.</w:t>
      </w:r>
    </w:p>
    <w:p>
      <w:r>
        <w:t>• Collaborated in a team of [Number] students following Agile methodologies, successfully delivering the prototype 1 week early.</w:t>
      </w:r>
    </w:p>
    <w:p>
      <w:pPr>
        <w:pStyle w:val="Heading1"/>
      </w:pPr>
      <w:r>
        <w:t>Internships &amp; Leadership Experience</w:t>
      </w:r>
    </w:p>
    <w:p>
      <w:pPr>
        <w:pStyle w:val="Heading2"/>
      </w:pPr>
      <w:r>
        <w:t>[Internship Title, e.g. Software Engineering Intern] | [Company/Organization Name, or Student Club]</w:t>
      </w:r>
    </w:p>
    <w:p>
      <w:r>
        <w:t>• Assisted senior engineers in writing clean, maintainable code using Docker and Terraform.</w:t>
      </w:r>
    </w:p>
    <w:p>
      <w:r>
        <w:t>• Participated in daily stand-ups and contributed to code reviews and documentation.</w:t>
      </w:r>
    </w:p>
    <w:p>
      <w:pPr>
        <w:pStyle w:val="Heading1"/>
      </w:pPr>
      <w:r>
        <w:t>Extracurricular Activities &amp; Certifications</w:t>
      </w:r>
    </w:p>
    <w:p>
      <w:r>
        <w:t>• [Name of Certification, e.g. AWS Cloud Practitioner / DeepLearning.AI Certificate]</w:t>
      </w:r>
    </w:p>
    <w:p>
      <w:r>
        <w:t>• Member of [University Tech Club/Society]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