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Software Engineer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Java   </w:t>
      </w:r>
      <w:r>
        <w:t xml:space="preserve">• C++   </w:t>
      </w:r>
      <w:r>
        <w:t xml:space="preserve">• Python   </w:t>
      </w:r>
      <w:r>
        <w:t xml:space="preserve">• Algorithms   </w:t>
      </w:r>
      <w:r>
        <w:t xml:space="preserve">• Data Structures   </w:t>
      </w:r>
      <w:r>
        <w:t xml:space="preserve">• System Design   </w:t>
      </w:r>
      <w:r>
        <w:t xml:space="preserve">• Agile   </w:t>
      </w:r>
      <w:r>
        <w:t xml:space="preserve">• Git   </w:t>
      </w:r>
      <w:r>
        <w:t xml:space="preserve">• RESTful Web Services   </w:t>
      </w:r>
      <w:r>
        <w:t xml:space="preserve">• Object-Oriented Programming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software engineer application leveraging Java and C++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RESTful Web Services alongside Object-Oriented Programming.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Data Structures and System Design.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